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ע"ו/י, ל"ה/י, פ"י/ו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בפעלים עם אותיות נחות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שלוש הגזרות: ע"ו/י, ל"ה/י, פ"י/ו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פשוטים עם פעלים מהגזרות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גזרה שייך הפועל?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ל"ה/י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מגדירים את הגזרה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באות האמצעית נעלם, לא הראשונה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הפועל לגזרה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(ל"ה/י)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כולל את הפועל המתאים במשמעות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שהאות האחרונה נעלמת ונותן דוגמה כמו קנה/בנה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שהאות האמצעית נעלמת ונותן דוגמה כמו קם/רץ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שהאות הראשונה נעלמת ונותן דוגמה כמו ישב/ידע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לכל מילה אימוג׳י מתאים כדי לחזק את ההבנה (בית לבנה, שעון לקם)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עם תלמידים 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לדלג על פעלים מבניינים כבדים ולהתמקד רק בבניין קל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ע"ו/י, ל"ה/י, פ"י/ו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שורשים מיוחדים שבהם אחת האותיות 'נעלמת' או משתנה כשכותבים את הפועל. הבלשים שלנו לומדים לזהות שלוש גזרות כאלה: ע"ו/י, ל"ה/י ו-פ"י/ו.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קם  ·  קונים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לאיזו גזרה שייך הפועל?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קָם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קָנָה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ע"ו/י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ל"ה/י האות האחרונה בשורש היא ה' או 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ע"ו/י האות הראשונה בשורש נעלמת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 __________ בבוקר מוקדם (קם)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אנחנו __________ ירקות בשוק (קנה)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הפועל לגזרה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ל"ה/י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הפועל קָם ומשפט אחד עם הפועל קָנָה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גזרת ל"ה/י?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גזרת ע"ו/י?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– ע"ו/י, ל"ה/י, פ"י/ו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