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ע"ו/י, ל"ה/י, פ"י/ו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בפעלים עם אותיות 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שלוש הגזרות: ע"ו/י, ל"ה/י, פ"י/ו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עם פעלים מהגזרות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גזרה שייך הפועל?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מגדירים את הגזרה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באות האמצעית נעלם, לא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ברוב המילים בעברית יש שורש בן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קָנָה שייכת לגזרת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אות 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הפועל לגזרה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(ע"ו/י)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כולל את הפועל המתאים במשמעות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הפועל יָשַׁב במשמעות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האחרונה נעלמת ונותן דוגמה כמו קנה/בנה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האמצעית נעלמת ונותן דוגמה כמו קם/רץ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שהאות הראשונה נעלמת ונותן דוגמה כמו ישב/ידע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לכל מילה אימוג׳י מתאים כדי לחזק את ההבנה (בית לבנה, שעון לקם)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פעלים מבניינים כבדים ולהתמקד רק בבניין קל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ע"ו/י, ל"ה/י, פ"י/ו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בעברית שבהן אות אחת בשורש לא נשמעת. היום נלמד שלושה סוגים של מילים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שֹׁרֶשׁ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שבונות את המילה, כמו ק-ו-מ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גִּזְרַת 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שבו האות האמצעית נעלמת, כמו קָם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גִּזְרַת ל"ה/י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שבו האות האחרונה נעלמת, כמו קָנָה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גִּזְרַת 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שבו האות הראשונה נעלמת, כמו יָשַׁב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בִּנְיָן קַל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הכי פשוט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נָח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שלא תמיד נשמעת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פֹּעַל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פעולה, כמו רָץ או קָנָה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גזרה שייך הפועל?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קבוצה שייכת המילה קָם?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קבוצה שייכת המילה קָנָה?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קבוצה שייכת המילה יָשַׁב?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קבוצה שייכת המילה בָּנָה?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קבוצה שייכת המילה רָץ?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קבוצה שייכת המילה יָדַע?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מהתשובות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האחרונה בשורש היא ה' או 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הראשונה בשורש נעלמת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בדרך כלל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קָנָה שייכת לגזרת פ"י/ו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נחה היא אות שלא תמיד נשמעת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בבוקר מוקדם (קם)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אנחנו __________ ירקות בשוק (קנה)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הן __________ על הספסל בחצר (ישב)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__________ מגדל גבוה מקוביות (בנה)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__________ מהר מאוד בחצר (רץ)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הפועל לגזרה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ע"ו/י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הפועל קָם ומשפט אחד עם הפועל קָנָה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הפועל יָשַׁב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ל"ה/י?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ע"ו/י?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פ"י/ו?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ע"ו/י, ל"ה/י, פ"י/ו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