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ע"ו/י, ל"ה/י, פ"י/ו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בפעלים עם אותיות 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שלוש הגזרות: ע"ו/י, ל"ה/י, פ"י/ו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עם פעלים מהגזרות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גזרה שייך הפועל?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מגדירים את הגזרה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באות האמצעית נעלם, לא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ברוב המילים בעברית יש שורש בן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קָנָה שייכת לגזרת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אות 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הפועל לגזרה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(ע"ו/י)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כולל את הפועל המתאים במשמעות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הפועל יָשַׁב במשמעות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האחרונה נעלמת ונותן דוגמה כמו קנה/בנה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האמצעית נעלמת ונותן דוגמה כמו קם/רץ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הראשונה נעלמת ונותן דוגמה כמו ישב/ידע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לכל מילה אימוג׳י מתאים כדי לחזק את ההבנה (בית לבנה, שעון לקם)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פעלים מבניינים כבדים ולהתמקד רק בבניין קל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ע"ו/י, ל"ה/י, פ"י/ו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שורשים מיוחדים שבהם אחת האותיות 'נעלמת' או משתנה כשכותבים את הפועל. הבלשים שלנו לומדים לזהות שלוש גזרות כאלה: ע"ו/י, ל"ה/י ו-פ"י/ו.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גזרה שייך הפועל?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יָשַׁב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בָּנָה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רָץ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יָדַע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ה' או 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הראשונה בשורש נעלמת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בדרך כלל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קָנָה שייכת לגזרת פ"י/ו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נחה היא אות שלא תמיד נשמעת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בבוקר מוקדם (קם)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אנחנו __________ ירקות בשוק (קנה)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הן __________ על הספסל בחצר (ישב)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__________ מגדל גבוה מקוביות (בנה)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__________ מהר מאוד בחצר (רץ)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הפועל לגזרה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ע"ו/י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הפועל קָם ומשפט אחד עם הפועל קָנָה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הפועל יָשַׁב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ל"ה/י?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ע"ו/י?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פ"י/ו?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ע"ו/י, ל"ה/י, פ"י/ו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